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FIRSTNAME LASTNAME</w:t>
      </w:r>
    </w:p>
    <w:p>
      <w:r>
        <w:rPr>
          <w:sz w:val="20"/>
        </w:rPr>
        <w:t>City, Province | 071 234 5678 | firstname.lastname@email.com | linkedin.com/in/yourname</w:t>
      </w:r>
    </w:p>
    <w:p>
      <w:r>
        <w:rPr>
          <w:b/>
        </w:rPr>
        <w:t>PROFESSIONAL SUMMARY</w:t>
      </w:r>
    </w:p>
    <w:p>
      <w:r>
        <w:t>Motivated retail assistant with 2 years experience in fast-paced supermarket environment. Skilled in cashier duties, stock control, and customer service serving 80+ customers daily. Looking for a cashier / sales assistant role in Cape Town. [REPLACE THIS WITH YOUR 3-LINE SUMMARY TAILORED TO EACH JOB]</w:t>
      </w:r>
    </w:p>
    <w:p>
      <w:r>
        <w:rPr>
          <w:b/>
        </w:rPr>
        <w:t>CORE SKILLS</w:t>
      </w:r>
    </w:p>
    <w:p>
      <w:r>
        <w:t>• Cashier &amp; POS • Customer Service • Stock Taking • Microsoft Excel &amp; Word • Time Management • Teamwork • Communication • Fluent in English, isiXhosa, Afrikaans [REPLACE WITH KEYWORDS FROM JOB AD]</w:t>
      </w:r>
    </w:p>
    <w:p>
      <w:r>
        <w:rPr>
          <w:b/>
        </w:rPr>
        <w:t>WORK EXPERIENCE</w:t>
      </w:r>
    </w:p>
    <w:p>
      <w:r>
        <w:rPr>
          <w:b/>
        </w:rPr>
        <w:t>Shoprite - Cashier / Sales Assistant | Jan 2023 - Present | Cathcart, Eastern Cape</w:t>
      </w:r>
    </w:p>
    <w:p>
      <w:pPr>
        <w:pStyle w:val="ListBullet"/>
      </w:pPr>
      <w:r>
        <w:t>• Processed 100+ transactions per day accurately with POS system</w:t>
      </w:r>
    </w:p>
    <w:p>
      <w:pPr>
        <w:pStyle w:val="ListBullet"/>
      </w:pPr>
      <w:r>
        <w:t>• Assisted customers, reduced queue time by 15% during peak</w:t>
      </w:r>
    </w:p>
    <w:p>
      <w:pPr>
        <w:pStyle w:val="ListBullet"/>
      </w:pPr>
      <w:r>
        <w:t>• Trained 3 new cashiers on cashup procedures</w:t>
      </w:r>
    </w:p>
    <w:p>
      <w:r>
        <w:rPr>
          <w:b/>
        </w:rPr>
        <w:t>Local Community Project - Volunteer | Jun 2022 - Dec 2022</w:t>
      </w:r>
    </w:p>
    <w:p>
      <w:pPr>
        <w:pStyle w:val="ListBullet"/>
      </w:pPr>
      <w:r>
        <w:t>• Organised food parcel distribution for 50 families</w:t>
      </w:r>
    </w:p>
    <w:p>
      <w:pPr>
        <w:pStyle w:val="ListBullet"/>
      </w:pPr>
      <w:r>
        <w:t>• Gained teamwork, communication and time management skills</w:t>
      </w:r>
    </w:p>
    <w:p>
      <w:r>
        <w:rPr>
          <w:b/>
        </w:rPr>
        <w:t>EDUCATION</w:t>
      </w:r>
    </w:p>
    <w:p>
      <w:r>
        <w:rPr>
          <w:b/>
        </w:rPr>
        <w:t>Hoërskool Cathcart - Grade 12 (Matric) | 2021</w:t>
      </w:r>
    </w:p>
    <w:p>
      <w:pPr>
        <w:pStyle w:val="ListBullet"/>
      </w:pPr>
      <w:r>
        <w:t>Subjects: English, Afrikaans, Maths Literacy, Life Orientation. [ADD YOUR RESULTS]</w:t>
      </w:r>
    </w:p>
    <w:p>
      <w:r>
        <w:rPr>
          <w:b/>
        </w:rPr>
        <w:t>Services SETA - Retail Operations Learnership NQF 3 | 2022</w:t>
      </w:r>
    </w:p>
    <w:p>
      <w:pPr>
        <w:pStyle w:val="ListBullet"/>
      </w:pPr>
      <w:r>
        <w:t>Completed 12-month learnership including customer service and stock management modules</w:t>
      </w:r>
    </w:p>
    <w:p>
      <w:r>
        <w:rPr>
          <w:b/>
        </w:rPr>
        <w:t>REFERENCES</w:t>
      </w:r>
    </w:p>
    <w:p>
      <w:r>
        <w:t>Available on request - or list:</w:t>
        <w:br/>
        <w:t>Mr J. Smith - Shoprite Manager - 082 123 4567 - j.smith@shoprite.co.za</w:t>
        <w:br/>
        <w:t>Ms N. Dlamini - Supervisor - 073 987 6543</w:t>
      </w:r>
    </w:p>
    <w:p>
      <w:r>
        <w:rPr>
          <w:i/>
          <w:sz w:val="16"/>
        </w:rPr>
        <w:br/>
        <w:t>---</w:t>
        <w:br/>
        <w:t>INSTRUCTIONS: Delete this note before sending. Keep to 1-2 pages, save as PDF: Firstname_Lastname_CV.pdf. No photo, no ID number. Tailor summary &amp; skills for each job.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